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EC62C" w14:textId="77777777" w:rsidR="008222DB" w:rsidRPr="000C5C8C" w:rsidRDefault="00000000">
      <w:pPr>
        <w:pStyle w:val="Tytu"/>
        <w:spacing w:before="200" w:after="100" w:line="276" w:lineRule="auto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Formularz recenzji</w:t>
      </w:r>
    </w:p>
    <w:p w14:paraId="7BB57300" w14:textId="77777777" w:rsidR="008222DB" w:rsidRPr="000C5C8C" w:rsidRDefault="00000000">
      <w:pPr>
        <w:pStyle w:val="Podtytu"/>
        <w:spacing w:after="100"/>
        <w:rPr>
          <w:rFonts w:ascii="Times New Roman" w:hAnsi="Times New Roman" w:cs="Times New Roman"/>
        </w:rPr>
      </w:pPr>
      <w:r w:rsidRPr="000C5C8C">
        <w:rPr>
          <w:rFonts w:ascii="Times New Roman" w:eastAsia="Times New Roman" w:hAnsi="Times New Roman" w:cs="Times New Roman"/>
        </w:rPr>
        <w:t xml:space="preserve">Technologia Wody | Ocena artykułu </w:t>
      </w:r>
    </w:p>
    <w:p w14:paraId="7B09D24A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b/>
          <w:szCs w:val="24"/>
        </w:rPr>
        <w:t xml:space="preserve">Tytuł artykułu: </w:t>
      </w:r>
      <w:r w:rsidRPr="000C5C8C">
        <w:rPr>
          <w:rFonts w:cs="Times New Roman"/>
          <w:szCs w:val="24"/>
        </w:rPr>
        <w:t>................................................................................................</w:t>
      </w:r>
    </w:p>
    <w:p w14:paraId="42D5547F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b/>
          <w:szCs w:val="24"/>
        </w:rPr>
        <w:t xml:space="preserve">Numer / identyfikator manuskryptu: </w:t>
      </w:r>
      <w:r w:rsidRPr="000C5C8C">
        <w:rPr>
          <w:rFonts w:cs="Times New Roman"/>
          <w:szCs w:val="24"/>
        </w:rPr>
        <w:t>................................................................................................</w:t>
      </w:r>
    </w:p>
    <w:p w14:paraId="0D177078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b/>
          <w:szCs w:val="24"/>
        </w:rPr>
        <w:t xml:space="preserve">Data otrzymania recenzji: </w:t>
      </w:r>
      <w:r w:rsidRPr="000C5C8C">
        <w:rPr>
          <w:rFonts w:cs="Times New Roman"/>
          <w:szCs w:val="24"/>
        </w:rPr>
        <w:t>................................................................................................</w:t>
      </w:r>
    </w:p>
    <w:p w14:paraId="57426763" w14:textId="77777777" w:rsidR="008222DB" w:rsidRPr="000C5C8C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Deklaracja recenzenta</w:t>
      </w:r>
    </w:p>
    <w:p w14:paraId="298518DC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Nie występuje konflikt interesów uniemożliwiający bezstronną ocenę pracy.</w:t>
      </w:r>
    </w:p>
    <w:p w14:paraId="721765DE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Zobowiązuję się do zachowania poufności materiałów i niewykorzystywania ich treści.</w:t>
      </w:r>
    </w:p>
    <w:p w14:paraId="06ABED76" w14:textId="77777777" w:rsidR="008222DB" w:rsidRPr="000C5C8C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Ocena merytoryczna</w:t>
      </w:r>
    </w:p>
    <w:p w14:paraId="0CC18C6E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Dla każdego kryterium proszę zaznaczyć: bardzo dobrze / dobrze / wymaga poprawy / nie dotyczy.</w:t>
      </w:r>
    </w:p>
    <w:p w14:paraId="78351327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Oryginalność i znaczenie pracy</w:t>
      </w:r>
    </w:p>
    <w:p w14:paraId="272CAC0A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77D0D29F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Zgodność z profilem czasopisma</w:t>
      </w:r>
    </w:p>
    <w:p w14:paraId="212D198C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5A39C608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Jasność celu i zakresu opracowania</w:t>
      </w:r>
    </w:p>
    <w:p w14:paraId="756F0741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3F764D76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Poprawność metodyki badań</w:t>
      </w:r>
    </w:p>
    <w:p w14:paraId="388683A8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1B758B11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Wiarygodność wyników i ich interpretacja</w:t>
      </w:r>
    </w:p>
    <w:p w14:paraId="0764C626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40125168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Aktualność oraz dobór literatury</w:t>
      </w:r>
    </w:p>
    <w:p w14:paraId="19C9E610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718BC123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Logika struktury i przejrzystość tekstu</w:t>
      </w:r>
    </w:p>
    <w:p w14:paraId="197D46F1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76173C53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Jakość tabel, rysunków i wniosków</w:t>
      </w:r>
    </w:p>
    <w:p w14:paraId="747245DE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Bardzo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Dobrze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Wymaga poprawy     </w:t>
      </w: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Nie dotyczy</w:t>
      </w:r>
    </w:p>
    <w:p w14:paraId="5EEF5074" w14:textId="77777777" w:rsidR="008222DB" w:rsidRPr="000C5C8C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Uwagi dla autorów</w:t>
      </w:r>
    </w:p>
    <w:p w14:paraId="1DEE6742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5DFBFEC8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276A1427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2B93D950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lastRenderedPageBreak/>
        <w:t>........................................................................................................................................</w:t>
      </w:r>
    </w:p>
    <w:p w14:paraId="62048DEE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63C5C251" w14:textId="77777777" w:rsidR="008222DB" w:rsidRPr="000C5C8C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Uwagi poufne dla redakcji</w:t>
      </w:r>
    </w:p>
    <w:p w14:paraId="34BC9BFB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42B8BE01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445E13B1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szCs w:val="24"/>
        </w:rPr>
        <w:t>........................................................................................................................................</w:t>
      </w:r>
    </w:p>
    <w:p w14:paraId="68263348" w14:textId="77777777" w:rsidR="008222DB" w:rsidRPr="000C5C8C" w:rsidRDefault="00000000">
      <w:pPr>
        <w:pStyle w:val="Nagwek1"/>
        <w:spacing w:before="200" w:after="100"/>
        <w:rPr>
          <w:rFonts w:ascii="Times New Roman" w:hAnsi="Times New Roman" w:cs="Times New Roman"/>
          <w:szCs w:val="24"/>
        </w:rPr>
      </w:pPr>
      <w:r w:rsidRPr="000C5C8C">
        <w:rPr>
          <w:rFonts w:ascii="Times New Roman" w:eastAsia="Times New Roman" w:hAnsi="Times New Roman" w:cs="Times New Roman"/>
          <w:szCs w:val="24"/>
        </w:rPr>
        <w:t>Rekomendacja</w:t>
      </w:r>
    </w:p>
    <w:p w14:paraId="1C8A4406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Przyjąć bez zmian</w:t>
      </w:r>
    </w:p>
    <w:p w14:paraId="7F605F1C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Przyjąć po drobnych poprawkach</w:t>
      </w:r>
    </w:p>
    <w:p w14:paraId="2F2DB992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Skierować do istotnych poprawek i ponownej oceny</w:t>
      </w:r>
    </w:p>
    <w:p w14:paraId="0834EE62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Segoe UI Symbol"/>
          <w:szCs w:val="24"/>
        </w:rPr>
        <w:t>☐</w:t>
      </w:r>
      <w:r w:rsidRPr="000C5C8C">
        <w:rPr>
          <w:rFonts w:cs="Times New Roman"/>
          <w:szCs w:val="24"/>
        </w:rPr>
        <w:t xml:space="preserve">  Odrzucić</w:t>
      </w:r>
    </w:p>
    <w:p w14:paraId="71A9DEFE" w14:textId="77777777" w:rsidR="008222DB" w:rsidRPr="000C5C8C" w:rsidRDefault="00000000">
      <w:pPr>
        <w:spacing w:after="100"/>
        <w:rPr>
          <w:rFonts w:cs="Times New Roman"/>
          <w:szCs w:val="24"/>
        </w:rPr>
      </w:pPr>
      <w:r w:rsidRPr="000C5C8C">
        <w:rPr>
          <w:rFonts w:cs="Times New Roman"/>
          <w:b/>
          <w:szCs w:val="24"/>
        </w:rPr>
        <w:t xml:space="preserve">Data sporządzenia recenzji: </w:t>
      </w:r>
      <w:r w:rsidRPr="000C5C8C">
        <w:rPr>
          <w:rFonts w:cs="Times New Roman"/>
          <w:szCs w:val="24"/>
        </w:rPr>
        <w:t>................................................................................................</w:t>
      </w:r>
    </w:p>
    <w:p w14:paraId="1CDCBBB9" w14:textId="77777777" w:rsidR="008222DB" w:rsidRDefault="00000000">
      <w:pPr>
        <w:spacing w:after="100"/>
      </w:pPr>
      <w:r w:rsidRPr="000C5C8C">
        <w:rPr>
          <w:rFonts w:cs="Times New Roman"/>
          <w:b/>
          <w:szCs w:val="24"/>
        </w:rPr>
        <w:t xml:space="preserve">Imię i nazwisko recenzenta (do wiadomości redakcji): </w:t>
      </w:r>
      <w:r w:rsidRPr="000C5C8C">
        <w:rPr>
          <w:rFonts w:cs="Times New Roman"/>
          <w:szCs w:val="24"/>
        </w:rPr>
        <w:t>.....................................................................</w:t>
      </w:r>
      <w:r>
        <w:t>...........................</w:t>
      </w:r>
    </w:p>
    <w:p w14:paraId="5B1A6F03" w14:textId="77777777" w:rsidR="00F955C4" w:rsidRDefault="00000000">
      <w:pPr>
        <w:spacing w:after="100"/>
      </w:pPr>
      <w:r>
        <w:br w:type="page"/>
      </w:r>
    </w:p>
    <w:p w14:paraId="2021B8E2" w14:textId="77777777" w:rsidR="00F955C4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lastRenderedPageBreak/>
        <w:t>Dodatkowe deklaracje recenzenta</w:t>
      </w:r>
    </w:p>
    <w:p w14:paraId="48BE7411" w14:textId="77777777" w:rsidR="00F955C4" w:rsidRDefault="00000000">
      <w:pPr>
        <w:spacing w:after="100"/>
      </w:pPr>
      <w:r>
        <w:t>☐ Posiadam kompetencje pozwalające na rzetelną ocenę przedstawionej pracy.</w:t>
      </w:r>
    </w:p>
    <w:p w14:paraId="4D779255" w14:textId="77777777" w:rsidR="00F955C4" w:rsidRDefault="00000000">
      <w:pPr>
        <w:spacing w:after="100"/>
      </w:pPr>
      <w:r>
        <w:t>☐ Dokonam oceny bezstronnie, niezależnie od relacji osobistych, zawodowych i finansowych.</w:t>
      </w:r>
    </w:p>
    <w:p w14:paraId="7F359EC4" w14:textId="77777777" w:rsidR="00F955C4" w:rsidRDefault="00000000">
      <w:pPr>
        <w:spacing w:after="100"/>
      </w:pPr>
      <w:r>
        <w:t>☐ Nie wykorzystam nieopublikowanych danych ani pomysłów zawartych w manuskrypcie do własnych celów.</w:t>
      </w:r>
    </w:p>
    <w:p w14:paraId="4718C7E1" w14:textId="77777777" w:rsidR="00F955C4" w:rsidRDefault="00000000">
      <w:pPr>
        <w:spacing w:after="100"/>
      </w:pPr>
      <w:r>
        <w:t>☐ Nie przekażę poufnego manuskryptu do publicznych lub niezatwierdzonych narzędzi AI ani osobom trzecim bez zgody redakcji.</w:t>
      </w:r>
    </w:p>
    <w:p w14:paraId="1CB8D430" w14:textId="77777777" w:rsidR="00F955C4" w:rsidRDefault="00000000">
      <w:pPr>
        <w:spacing w:after="100"/>
      </w:pPr>
      <w:r>
        <w:t>☐ W razie podejrzenia nierzetelności naukowej powiadomię redakcję w sposób poufny.</w:t>
      </w:r>
    </w:p>
    <w:p w14:paraId="79B0F9EB" w14:textId="77777777" w:rsidR="00F955C4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Zastrzeżenia dotyczące rzetelności publikacji</w:t>
      </w:r>
    </w:p>
    <w:p w14:paraId="1570AD53" w14:textId="77777777" w:rsidR="00F955C4" w:rsidRDefault="00000000">
      <w:pPr>
        <w:spacing w:after="100"/>
      </w:pPr>
      <w:r>
        <w:t>☐ Nie stwierdzono przesłanek wskazujących na naruszenie zasad etyki.</w:t>
      </w:r>
    </w:p>
    <w:p w14:paraId="1EB613DC" w14:textId="77777777" w:rsidR="00F955C4" w:rsidRDefault="00000000">
      <w:pPr>
        <w:spacing w:after="100"/>
      </w:pPr>
      <w:r>
        <w:t>☐ Wymaga wyjaśnienia (np. plagiat, dane, autorstwo, etyka badań); opis dla redakcji:</w:t>
      </w:r>
    </w:p>
    <w:p w14:paraId="4A249612" w14:textId="77777777" w:rsidR="00F955C4" w:rsidRDefault="00000000">
      <w:pPr>
        <w:spacing w:after="100"/>
      </w:pPr>
      <w:r>
        <w:t>................................................................................................................</w:t>
      </w:r>
    </w:p>
    <w:p w14:paraId="789DFE63" w14:textId="77777777" w:rsidR="00F955C4" w:rsidRDefault="00000000">
      <w:pPr>
        <w:spacing w:after="100"/>
      </w:pPr>
      <w:r>
        <w:t>................................................................................................................</w:t>
      </w:r>
    </w:p>
    <w:p w14:paraId="6035119A" w14:textId="77777777" w:rsidR="00F955C4" w:rsidRDefault="00000000">
      <w:pPr>
        <w:pStyle w:val="Nagwek2"/>
        <w:spacing w:before="200" w:after="100"/>
      </w:pPr>
      <w:r>
        <w:rPr>
          <w:rFonts w:ascii="Times New Roman" w:eastAsia="Times New Roman" w:hAnsi="Times New Roman"/>
        </w:rPr>
        <w:t>Uzasadnienie rekomendacji</w:t>
      </w:r>
    </w:p>
    <w:p w14:paraId="6EF121AD" w14:textId="77777777" w:rsidR="00F955C4" w:rsidRDefault="00000000">
      <w:pPr>
        <w:spacing w:after="100"/>
      </w:pPr>
      <w:r>
        <w:t>Najważniejsze argumenty przemawiające za rekomendacją:</w:t>
      </w:r>
    </w:p>
    <w:p w14:paraId="33A5D6CB" w14:textId="77777777" w:rsidR="00F955C4" w:rsidRDefault="00000000">
      <w:pPr>
        <w:spacing w:after="100"/>
      </w:pPr>
      <w:r>
        <w:t>................................................................................................................</w:t>
      </w:r>
    </w:p>
    <w:p w14:paraId="7C2E07C7" w14:textId="77777777" w:rsidR="00F955C4" w:rsidRDefault="00000000">
      <w:pPr>
        <w:spacing w:after="100"/>
      </w:pPr>
      <w:r>
        <w:t>................................................................................................................</w:t>
      </w:r>
    </w:p>
    <w:p w14:paraId="0CED5BED" w14:textId="77777777" w:rsidR="00F955C4" w:rsidRDefault="00000000">
      <w:pPr>
        <w:spacing w:after="100"/>
      </w:pPr>
      <w:r>
        <w:t>Zalecane działania naprawcze lub wymagane wyjaśnienia:</w:t>
      </w:r>
    </w:p>
    <w:p w14:paraId="08EC45AE" w14:textId="77777777" w:rsidR="00F955C4" w:rsidRDefault="00000000">
      <w:pPr>
        <w:spacing w:after="100"/>
      </w:pPr>
      <w:r>
        <w:t>................................................................................................................</w:t>
      </w:r>
    </w:p>
    <w:sectPr w:rsidR="00F955C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24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292D6" w14:textId="77777777" w:rsidR="00860D79" w:rsidRDefault="00860D79">
      <w:pPr>
        <w:spacing w:after="0" w:line="240" w:lineRule="auto"/>
      </w:pPr>
      <w:r>
        <w:separator/>
      </w:r>
    </w:p>
  </w:endnote>
  <w:endnote w:type="continuationSeparator" w:id="0">
    <w:p w14:paraId="511B3329" w14:textId="77777777" w:rsidR="00860D79" w:rsidRDefault="0086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2687" w14:textId="77777777" w:rsidR="00FF3681" w:rsidRDefault="00FF36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CC069" w14:textId="77777777" w:rsidR="008222DB" w:rsidRPr="00FF3681" w:rsidRDefault="008222DB">
    <w:pPr>
      <w:pStyle w:val="Stopka"/>
      <w:jc w:val="center"/>
      <w:rPr>
        <w:rFonts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3B9A" w14:textId="77777777" w:rsidR="00FF3681" w:rsidRDefault="00FF36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317A6" w14:textId="77777777" w:rsidR="00860D79" w:rsidRDefault="00860D79">
      <w:pPr>
        <w:spacing w:after="0" w:line="240" w:lineRule="auto"/>
      </w:pPr>
      <w:r>
        <w:separator/>
      </w:r>
    </w:p>
  </w:footnote>
  <w:footnote w:type="continuationSeparator" w:id="0">
    <w:p w14:paraId="49EFB671" w14:textId="77777777" w:rsidR="00860D79" w:rsidRDefault="0086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924B" w14:textId="77777777" w:rsidR="00FF3681" w:rsidRDefault="00FF36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86B2" w14:textId="77777777" w:rsidR="00FF3681" w:rsidRDefault="00FF368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C6688" w14:textId="77777777" w:rsidR="00FF3681" w:rsidRDefault="00FF36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6527368">
    <w:abstractNumId w:val="8"/>
  </w:num>
  <w:num w:numId="2" w16cid:durableId="321083521">
    <w:abstractNumId w:val="6"/>
  </w:num>
  <w:num w:numId="3" w16cid:durableId="1208373159">
    <w:abstractNumId w:val="5"/>
  </w:num>
  <w:num w:numId="4" w16cid:durableId="1561016301">
    <w:abstractNumId w:val="4"/>
  </w:num>
  <w:num w:numId="5" w16cid:durableId="1921282023">
    <w:abstractNumId w:val="7"/>
  </w:num>
  <w:num w:numId="6" w16cid:durableId="309939613">
    <w:abstractNumId w:val="3"/>
  </w:num>
  <w:num w:numId="7" w16cid:durableId="835535178">
    <w:abstractNumId w:val="2"/>
  </w:num>
  <w:num w:numId="8" w16cid:durableId="747462928">
    <w:abstractNumId w:val="1"/>
  </w:num>
  <w:num w:numId="9" w16cid:durableId="21470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C8C"/>
    <w:rsid w:val="0015074B"/>
    <w:rsid w:val="001B4639"/>
    <w:rsid w:val="0029639D"/>
    <w:rsid w:val="002A0DDA"/>
    <w:rsid w:val="00326F90"/>
    <w:rsid w:val="008222DB"/>
    <w:rsid w:val="00860D79"/>
    <w:rsid w:val="00946A82"/>
    <w:rsid w:val="00AA1D8D"/>
    <w:rsid w:val="00B47730"/>
    <w:rsid w:val="00C27598"/>
    <w:rsid w:val="00CB0664"/>
    <w:rsid w:val="00F955C4"/>
    <w:rsid w:val="00FC693F"/>
    <w:rsid w:val="00FF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C599D"/>
  <w14:defaultImageDpi w14:val="300"/>
  <w15:docId w15:val="{E84B12C3-3182-4726-8E42-3969EB3B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Times New Roman" w:eastAsia="Times New Roman" w:hAnsi="Times New Roman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Izabela Kruszelnicka</cp:lastModifiedBy>
  <cp:revision>2</cp:revision>
  <dcterms:created xsi:type="dcterms:W3CDTF">2026-10-21T18:10:00Z</dcterms:created>
  <dcterms:modified xsi:type="dcterms:W3CDTF">2026-10-21T18:10:00Z</dcterms:modified>
  <cp:category/>
</cp:coreProperties>
</file>