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C0B81" w14:textId="77777777" w:rsidR="001C2F6D" w:rsidRPr="00E470E9" w:rsidRDefault="00000000">
      <w:pPr>
        <w:pStyle w:val="Tytu"/>
        <w:spacing w:before="200" w:after="100" w:line="276" w:lineRule="auto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Formularz autorski</w:t>
      </w:r>
    </w:p>
    <w:p w14:paraId="13424695" w14:textId="77777777" w:rsidR="001C2F6D" w:rsidRPr="00E470E9" w:rsidRDefault="00000000">
      <w:pPr>
        <w:pStyle w:val="Podtytu"/>
        <w:spacing w:after="100"/>
        <w:rPr>
          <w:rFonts w:ascii="Times New Roman" w:hAnsi="Times New Roman" w:cs="Times New Roman"/>
        </w:rPr>
      </w:pPr>
      <w:r w:rsidRPr="00E470E9">
        <w:rPr>
          <w:rFonts w:ascii="Times New Roman" w:eastAsia="Times New Roman" w:hAnsi="Times New Roman" w:cs="Times New Roman"/>
        </w:rPr>
        <w:t>Technologia Wody | Oświadczenia związane ze zgłoszeniem artykułu</w:t>
      </w:r>
    </w:p>
    <w:p w14:paraId="709A7933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Tytuł artykułu: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712886C5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Autor korespondencyjny: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3AC72D7A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Afiliacja: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628692E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E-mail: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5757C49A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Pozostali współautorzy: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5D1E3F4E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Rodzaj artykułu</w:t>
      </w:r>
    </w:p>
    <w:p w14:paraId="6C6F7ABC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Naukowy</w:t>
      </w:r>
    </w:p>
    <w:p w14:paraId="0BC4719D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Techniczno-eksploatacyjny</w:t>
      </w:r>
    </w:p>
    <w:p w14:paraId="0A475C7F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Sponsorowany</w:t>
      </w:r>
    </w:p>
    <w:p w14:paraId="6EB41A0C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Oświadczenia autora korespondencyjnego</w:t>
      </w:r>
    </w:p>
    <w:p w14:paraId="0E583B1E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Praca jest oryginalna, a prawa osób trzecich i zasady cytowania zostały zachowane.</w:t>
      </w:r>
    </w:p>
    <w:p w14:paraId="69E0B202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Praca nie jest równocześnie rozpatrywana w innym czasopiśmie (dotyczy artykułów naukowych).</w:t>
      </w:r>
    </w:p>
    <w:p w14:paraId="6C19D4D6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Wszyscy współautorzy znają i akceptują treść zgłoszonego manuskryptu oraz kolejność autorów.</w:t>
      </w:r>
    </w:p>
    <w:p w14:paraId="3606F4FA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Wszystkie wykorzystane fotografie, tabele i ilustracje mogą zostać legalnie opublikowane.</w:t>
      </w:r>
    </w:p>
    <w:p w14:paraId="43F0EF90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Segoe UI Symbol"/>
          <w:szCs w:val="24"/>
        </w:rPr>
        <w:t>☐</w:t>
      </w:r>
      <w:r w:rsidRPr="00E470E9">
        <w:rPr>
          <w:rFonts w:cs="Times New Roman"/>
          <w:szCs w:val="24"/>
        </w:rPr>
        <w:t xml:space="preserve">  Wszelkie źródła finansowania i możliwe konflikty interesów zostały ujawnione.</w:t>
      </w:r>
    </w:p>
    <w:p w14:paraId="0D2351DD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Wkład współautorów</w:t>
      </w:r>
    </w:p>
    <w:p w14:paraId="1F084A01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szCs w:val="24"/>
        </w:rPr>
        <w:t>Dla artykułów naukowych należy wskazać wkład poszczególnych osób (np. koncepcja, metodyka, badania, analiza danych, przygotowanie tekstu, redakcja).</w:t>
      </w:r>
    </w:p>
    <w:p w14:paraId="1C0BBD1E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Autor i wkład: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962D695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Autor i wkład: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2FCECBD3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Autor i wkład: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2B6E323F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Finansowanie i konflikty interesów</w:t>
      </w:r>
    </w:p>
    <w:p w14:paraId="3D8A7780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Źródło finansowania / numer projektu (lub „brak”):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4173076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Konflikt interesów (lub „brak”):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8AAD2DF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Dodatkowe informacje</w:t>
      </w:r>
    </w:p>
    <w:p w14:paraId="1C686ABD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Wcześniejsze udostępnienie wyników / preprint (jeśli dotyczy):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6CD39133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lastRenderedPageBreak/>
        <w:t xml:space="preserve">Wykorzystanie narzędzi AI w przygotowaniu pracy (jeśli dotyczy):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B7648BE" w14:textId="77777777" w:rsidR="001C2F6D" w:rsidRPr="00E470E9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E470E9">
        <w:rPr>
          <w:rFonts w:ascii="Times New Roman" w:eastAsia="Times New Roman" w:hAnsi="Times New Roman" w:cs="Times New Roman"/>
          <w:szCs w:val="24"/>
        </w:rPr>
        <w:t>Potwierdzenie</w:t>
      </w:r>
    </w:p>
    <w:p w14:paraId="53D15433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szCs w:val="24"/>
        </w:rPr>
        <w:t>Potwierdzam prawdziwość powyższych informacji i przyjmuję do wiadomości, że zasady udostępnienia praw do publikacji będą określone odrębnie.</w:t>
      </w:r>
    </w:p>
    <w:p w14:paraId="209804B1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Miejscowość i data: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02F8BDD1" w14:textId="77777777" w:rsidR="001C2F6D" w:rsidRPr="00E470E9" w:rsidRDefault="00000000">
      <w:pPr>
        <w:spacing w:after="100"/>
        <w:rPr>
          <w:rFonts w:cs="Times New Roman"/>
          <w:szCs w:val="24"/>
        </w:rPr>
      </w:pPr>
      <w:r w:rsidRPr="00E470E9">
        <w:rPr>
          <w:rFonts w:cs="Times New Roman"/>
          <w:b/>
          <w:szCs w:val="24"/>
        </w:rPr>
        <w:t xml:space="preserve">Podpis autora korespondencyjnego: </w:t>
      </w:r>
      <w:r w:rsidRPr="00E470E9">
        <w:rPr>
          <w:rFonts w:cs="Times New Roman"/>
          <w:szCs w:val="24"/>
        </w:rPr>
        <w:t>................................................................................................</w:t>
      </w:r>
    </w:p>
    <w:p w14:paraId="1B96A14B" w14:textId="77777777" w:rsidR="00B642BF" w:rsidRDefault="00000000">
      <w:pPr>
        <w:spacing w:after="100"/>
      </w:pPr>
      <w:r>
        <w:br w:type="page"/>
      </w:r>
    </w:p>
    <w:p w14:paraId="7CB66DB9" w14:textId="77777777" w:rsidR="00B642BF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lastRenderedPageBreak/>
        <w:t>Oświadczenia uzupełniające autora korespondencyjnego</w:t>
      </w:r>
    </w:p>
    <w:p w14:paraId="7D9C3AE1" w14:textId="77777777" w:rsidR="00B642BF" w:rsidRDefault="00000000">
      <w:pPr>
        <w:spacing w:after="100"/>
      </w:pPr>
      <w:r>
        <w:t>☐ Każdy wymieniony autor wniósł istotny wkład w powstanie pracy, zaakceptował jej treść i przyjmuje odpowiedzialność za swój wkład.</w:t>
      </w:r>
    </w:p>
    <w:p w14:paraId="6D8BC07F" w14:textId="77777777" w:rsidR="00B642BF" w:rsidRDefault="00000000">
      <w:pPr>
        <w:spacing w:after="100"/>
      </w:pPr>
      <w:r>
        <w:t>☐ Zmiany listy lub kolejności autorów po zgłoszeniu będą zgłaszane redakcji wraz z uzasadnieniem i zgodą wszystkich zainteresowanych.</w:t>
      </w:r>
    </w:p>
    <w:p w14:paraId="2564C498" w14:textId="77777777" w:rsidR="00B642BF" w:rsidRDefault="00000000">
      <w:pPr>
        <w:spacing w:after="100"/>
      </w:pPr>
      <w:r>
        <w:t>☐ Dane i wyniki przedstawiono rzetelnie; nie zostały sfabrykowane ani zmanipulowane.</w:t>
      </w:r>
    </w:p>
    <w:p w14:paraId="25D6C9D2" w14:textId="77777777" w:rsidR="00B642BF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Dostępność danych badawczych</w:t>
      </w:r>
    </w:p>
    <w:p w14:paraId="3C094585" w14:textId="77777777" w:rsidR="00B642BF" w:rsidRDefault="00000000">
      <w:pPr>
        <w:spacing w:after="100"/>
      </w:pPr>
      <w:r>
        <w:t>Dane są dostępne w: ................................................................................</w:t>
      </w:r>
    </w:p>
    <w:p w14:paraId="4ABCDD0D" w14:textId="77777777" w:rsidR="00B642BF" w:rsidRDefault="00000000">
      <w:pPr>
        <w:spacing w:after="100"/>
      </w:pPr>
      <w:r>
        <w:t>☐ Dane dostępne na uzasadnione żądanie   ☐ Dane objęte ograniczeniami (uzasadnienie): ........................................</w:t>
      </w:r>
    </w:p>
    <w:p w14:paraId="4A791E7A" w14:textId="77777777" w:rsidR="00B642BF" w:rsidRDefault="00000000">
      <w:pPr>
        <w:spacing w:after="100"/>
      </w:pPr>
      <w:r>
        <w:t>☐ Nie dotyczy</w:t>
      </w:r>
    </w:p>
    <w:p w14:paraId="23931799" w14:textId="77777777" w:rsidR="00B642BF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Zgody etyczne</w:t>
      </w:r>
    </w:p>
    <w:p w14:paraId="5CFD03EC" w14:textId="77777777" w:rsidR="00B642BF" w:rsidRDefault="00000000">
      <w:pPr>
        <w:spacing w:after="100"/>
      </w:pPr>
      <w:r>
        <w:t>☐ Wymagana zgoda uzyskana; organ, numer, data: ................................................</w:t>
      </w:r>
    </w:p>
    <w:p w14:paraId="718C6F8A" w14:textId="77777777" w:rsidR="00B642BF" w:rsidRDefault="00000000">
      <w:pPr>
        <w:spacing w:after="100"/>
      </w:pPr>
      <w:r>
        <w:t>☐ Zgoda nie była wymagana; uzasadnienie: ................................................</w:t>
      </w:r>
    </w:p>
    <w:p w14:paraId="339FF62C" w14:textId="77777777" w:rsidR="00B642BF" w:rsidRDefault="00000000">
      <w:pPr>
        <w:spacing w:after="100"/>
      </w:pPr>
      <w:r>
        <w:t>☐ Nie dotyczy</w:t>
      </w:r>
    </w:p>
    <w:p w14:paraId="1AB3C556" w14:textId="77777777" w:rsidR="00B642BF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Wykorzystanie narzędzi AI</w:t>
      </w:r>
    </w:p>
    <w:p w14:paraId="7DA6356D" w14:textId="77777777" w:rsidR="00B642BF" w:rsidRDefault="00000000">
      <w:pPr>
        <w:spacing w:after="100"/>
      </w:pPr>
      <w:r>
        <w:t>☐ Nie wykorzystano narzędzi generatywnej AI w sposób wymagający ujawnienia.</w:t>
      </w:r>
    </w:p>
    <w:p w14:paraId="6C5C97D9" w14:textId="77777777" w:rsidR="00B642BF" w:rsidRDefault="00000000">
      <w:pPr>
        <w:spacing w:after="100"/>
      </w:pPr>
      <w:r>
        <w:t>☐ Wykorzystano; nazwa narzędzia, cel i zakres: ................................................</w:t>
      </w:r>
    </w:p>
    <w:p w14:paraId="373A4669" w14:textId="77777777" w:rsidR="00B642BF" w:rsidRDefault="00000000">
      <w:pPr>
        <w:spacing w:after="100"/>
      </w:pPr>
      <w:r>
        <w:t>Potwierdzam, że autorzy zweryfikowali rezultaty użycia narzędzi AI i odpowiadają za treść publikacji.</w:t>
      </w:r>
    </w:p>
    <w:p w14:paraId="51ABF73F" w14:textId="77777777" w:rsidR="00B642BF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Indywidualne deklaracje współautorów</w:t>
      </w:r>
    </w:p>
    <w:p w14:paraId="4D390234" w14:textId="77777777" w:rsidR="00B642BF" w:rsidRDefault="00000000">
      <w:pPr>
        <w:spacing w:after="100"/>
      </w:pPr>
      <w:r>
        <w:t>Każdy współautor powinien potwierdzić brak konfliktu interesów albo opisać jego charakter; w razie potrzeby należy dołączyć osobną kartę z oświadczeniami.</w:t>
      </w:r>
    </w:p>
    <w:p w14:paraId="1F166853" w14:textId="77777777" w:rsidR="00B642BF" w:rsidRDefault="00000000">
      <w:pPr>
        <w:spacing w:after="100"/>
      </w:pPr>
      <w:r>
        <w:t>Imię i nazwisko / konflikt interesów lub „brak” / podpis: ................................................</w:t>
      </w:r>
    </w:p>
    <w:p w14:paraId="39ACED0D" w14:textId="77777777" w:rsidR="00B642BF" w:rsidRDefault="00000000">
      <w:pPr>
        <w:spacing w:after="100"/>
      </w:pPr>
      <w:r>
        <w:t>Imię i nazwisko / konflikt interesów lub „brak” / podpis: ................................................</w:t>
      </w:r>
    </w:p>
    <w:p w14:paraId="3A0EEEB4" w14:textId="77777777" w:rsidR="00B642BF" w:rsidRDefault="00000000">
      <w:pPr>
        <w:spacing w:after="100"/>
      </w:pPr>
      <w:r>
        <w:t>Imię i nazwisko / konflikt interesów lub „brak” / podpis: ................................................</w:t>
      </w:r>
    </w:p>
    <w:sectPr w:rsidR="00B642BF" w:rsidSect="00034616">
      <w:headerReference w:type="default" r:id="rId8"/>
      <w:footerReference w:type="default" r:id="rId9"/>
      <w:pgSz w:w="11906" w:h="16838"/>
      <w:pgMar w:top="1224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3A982" w14:textId="77777777" w:rsidR="00957A2F" w:rsidRDefault="00957A2F">
      <w:pPr>
        <w:spacing w:after="0" w:line="240" w:lineRule="auto"/>
      </w:pPr>
      <w:r>
        <w:separator/>
      </w:r>
    </w:p>
  </w:endnote>
  <w:endnote w:type="continuationSeparator" w:id="0">
    <w:p w14:paraId="40A83107" w14:textId="77777777" w:rsidR="00957A2F" w:rsidRDefault="00957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0C650" w14:textId="77777777" w:rsidR="001C2F6D" w:rsidRPr="00F23F07" w:rsidRDefault="001C2F6D">
    <w:pPr>
      <w:pStyle w:val="Stopka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74F89" w14:textId="77777777" w:rsidR="00957A2F" w:rsidRDefault="00957A2F">
      <w:pPr>
        <w:spacing w:after="0" w:line="240" w:lineRule="auto"/>
      </w:pPr>
      <w:r>
        <w:separator/>
      </w:r>
    </w:p>
  </w:footnote>
  <w:footnote w:type="continuationSeparator" w:id="0">
    <w:p w14:paraId="17A60662" w14:textId="77777777" w:rsidR="00957A2F" w:rsidRDefault="00957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F8DA6" w14:textId="77777777" w:rsidR="00B642BF" w:rsidRDefault="00B642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524567">
    <w:abstractNumId w:val="8"/>
  </w:num>
  <w:num w:numId="2" w16cid:durableId="1075476633">
    <w:abstractNumId w:val="6"/>
  </w:num>
  <w:num w:numId="3" w16cid:durableId="959722460">
    <w:abstractNumId w:val="5"/>
  </w:num>
  <w:num w:numId="4" w16cid:durableId="750201788">
    <w:abstractNumId w:val="4"/>
  </w:num>
  <w:num w:numId="5" w16cid:durableId="1812556105">
    <w:abstractNumId w:val="7"/>
  </w:num>
  <w:num w:numId="6" w16cid:durableId="15234084">
    <w:abstractNumId w:val="3"/>
  </w:num>
  <w:num w:numId="7" w16cid:durableId="928345693">
    <w:abstractNumId w:val="2"/>
  </w:num>
  <w:num w:numId="8" w16cid:durableId="1479414934">
    <w:abstractNumId w:val="1"/>
  </w:num>
  <w:num w:numId="9" w16cid:durableId="132739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F6D"/>
    <w:rsid w:val="0029639D"/>
    <w:rsid w:val="002A0DDA"/>
    <w:rsid w:val="00326F90"/>
    <w:rsid w:val="004D606F"/>
    <w:rsid w:val="00957A2F"/>
    <w:rsid w:val="00AA1D8D"/>
    <w:rsid w:val="00B47730"/>
    <w:rsid w:val="00B642BF"/>
    <w:rsid w:val="00CB0664"/>
    <w:rsid w:val="00DF2B25"/>
    <w:rsid w:val="00E470E9"/>
    <w:rsid w:val="00F23F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7CC8DA"/>
  <w14:defaultImageDpi w14:val="300"/>
  <w15:docId w15:val="{E84B12C3-3182-4726-8E42-3969EB3B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Times New Roman" w:eastAsia="Times New Roman" w:hAnsi="Times New Roman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Izabela Kruszelnicka</cp:lastModifiedBy>
  <cp:revision>2</cp:revision>
  <dcterms:created xsi:type="dcterms:W3CDTF">2026-10-21T18:10:00Z</dcterms:created>
  <dcterms:modified xsi:type="dcterms:W3CDTF">2026-10-21T18:10:00Z</dcterms:modified>
  <cp:category/>
</cp:coreProperties>
</file>